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0" w:after="0"/>
            </w:pPr>
            <w:r>
              <w:rPr>
                <w:b w:val="0"/>
              </w:rPr>
              <w:t>.....................................................................</w:t>
            </w:r>
          </w:p>
          <w:p>
            <w:pPr>
              <w:spacing w:before="0" w:after="0"/>
            </w:pPr>
            <w:r>
              <w:rPr>
                <w:b w:val="0"/>
                <w:color w:val="6E6D6D"/>
                <w:sz w:val="15"/>
              </w:rPr>
              <w:t>imię i nazwisko pracownika</w:t>
            </w:r>
          </w:p>
          <w:p>
            <w:pPr>
              <w:spacing w:before="280" w:after="0"/>
            </w:pPr>
            <w:r>
              <w:rPr>
                <w:b w:val="0"/>
              </w:rPr>
              <w:t>.....................................................................</w:t>
            </w:r>
          </w:p>
          <w:p>
            <w:pPr>
              <w:spacing w:before="0" w:after="0"/>
            </w:pPr>
            <w:r>
              <w:rPr>
                <w:b w:val="0"/>
                <w:color w:val="6E6D6D"/>
                <w:sz w:val="15"/>
              </w:rPr>
              <w:t>stanowisko / dział</w:t>
            </w:r>
          </w:p>
        </w:tc>
        <w:tc>
          <w:tcPr>
            <w:tcW w:type="dxa" w:w="4819"/>
          </w:tcPr>
          <w:p>
            <w:pPr>
              <w:spacing w:before="0" w:after="0"/>
            </w:pPr>
            <w:r>
              <w:rPr>
                <w:b w:val="0"/>
              </w:rPr>
              <w:t>.....................................................................</w:t>
            </w:r>
          </w:p>
          <w:p>
            <w:pPr>
              <w:spacing w:before="0" w:after="0"/>
            </w:pPr>
            <w:r>
              <w:rPr>
                <w:b w:val="0"/>
                <w:color w:val="6E6D6D"/>
                <w:sz w:val="15"/>
              </w:rPr>
              <w:t>miejscowość, data</w:t>
            </w:r>
          </w:p>
          <w:p>
            <w:pPr>
              <w:spacing w:before="280" w:after="0"/>
            </w:pPr>
            <w:r>
              <w:rPr>
                <w:b w:val="0"/>
              </w:rPr>
              <w:t>.....................................................................</w:t>
            </w:r>
          </w:p>
          <w:p>
            <w:pPr>
              <w:spacing w:before="120" w:after="0"/>
            </w:pPr>
            <w:r>
              <w:rPr>
                <w:b w:val="0"/>
              </w:rPr>
              <w:t>.....................................................................</w:t>
            </w:r>
          </w:p>
          <w:p>
            <w:pPr>
              <w:spacing w:before="0" w:after="0"/>
            </w:pPr>
            <w:r>
              <w:rPr>
                <w:b w:val="0"/>
                <w:color w:val="6E6D6D"/>
                <w:sz w:val="15"/>
              </w:rPr>
              <w:t>pracodawca (nazwa i adres)</w:t>
            </w:r>
          </w:p>
        </w:tc>
      </w:tr>
    </w:tbl>
    <w:p>
      <w:pPr>
        <w:spacing w:before="960" w:after="0"/>
        <w:jc w:val="center"/>
      </w:pPr>
      <w:r>
        <w:rPr>
          <w:b/>
          <w:sz w:val="30"/>
        </w:rPr>
        <w:t>WNIOSEK O URLOP OKOLICZNOŚCIOWY</w:t>
      </w:r>
    </w:p>
    <w:p>
      <w:pPr>
        <w:spacing w:before="80" w:after="0"/>
        <w:jc w:val="center"/>
      </w:pPr>
      <w:r>
        <w:rPr>
          <w:b w:val="0"/>
          <w:color w:val="6E6D6D"/>
          <w:sz w:val="18"/>
        </w:rPr>
        <w:t>(zwolnienie od pracy z zachowaniem prawa do wynagrodzenia)</w:t>
      </w:r>
    </w:p>
    <w:p>
      <w:pPr>
        <w:spacing w:before="600" w:after="0"/>
      </w:pPr>
      <w:r>
        <w:rPr>
          <w:b w:val="0"/>
        </w:rPr>
        <w:t>Proszę o udzielenie urlopu okolicznościowego</w:t>
      </w:r>
    </w:p>
    <w:p>
      <w:pPr>
        <w:spacing w:before="200" w:after="0"/>
      </w:pPr>
      <w:r>
        <w:rPr>
          <w:b w:val="0"/>
        </w:rPr>
        <w:t xml:space="preserve">w terminie od </w:t>
      </w:r>
      <w:r>
        <w:rPr>
          <w:b w:val="0"/>
        </w:rPr>
        <w:t>............................</w:t>
      </w:r>
      <w:r>
        <w:rPr>
          <w:b w:val="0"/>
        </w:rPr>
        <w:t xml:space="preserve"> do </w:t>
      </w:r>
      <w:r>
        <w:rPr>
          <w:b w:val="0"/>
        </w:rPr>
        <w:t>............................</w:t>
      </w:r>
      <w:r>
        <w:rPr>
          <w:b w:val="0"/>
        </w:rPr>
        <w:t>,</w:t>
      </w:r>
    </w:p>
    <w:p>
      <w:pPr>
        <w:spacing w:before="200" w:after="0"/>
      </w:pPr>
      <w:r>
        <w:rPr>
          <w:b w:val="0"/>
        </w:rPr>
        <w:t xml:space="preserve">w wymiarze </w:t>
      </w:r>
      <w:r>
        <w:rPr>
          <w:b w:val="0"/>
        </w:rPr>
        <w:t>..............</w:t>
      </w:r>
      <w:r>
        <w:rPr>
          <w:b w:val="0"/>
        </w:rPr>
        <w:t xml:space="preserve"> dni, z powodu:</w:t>
      </w:r>
    </w:p>
    <w:p>
      <w:pPr>
        <w:spacing w:before="200" w:after="0"/>
        <w:ind w:left="283" w:hanging="283"/>
      </w:pPr>
      <w:r>
        <w:rPr>
          <w:b w:val="0"/>
          <w:sz w:val="20"/>
        </w:rPr>
        <w:t>☐  mojego ślubu (2 dni)</w:t>
      </w:r>
    </w:p>
    <w:p>
      <w:pPr>
        <w:spacing w:before="80" w:after="0"/>
        <w:ind w:left="283" w:hanging="283"/>
      </w:pPr>
      <w:r>
        <w:rPr>
          <w:b w:val="0"/>
          <w:sz w:val="20"/>
        </w:rPr>
        <w:t>☐  urodzenia się mojego dziecka (2 dni)</w:t>
      </w:r>
    </w:p>
    <w:p>
      <w:pPr>
        <w:spacing w:before="80" w:after="0"/>
        <w:ind w:left="283" w:hanging="283"/>
      </w:pPr>
      <w:r>
        <w:rPr>
          <w:b w:val="0"/>
          <w:sz w:val="20"/>
        </w:rPr>
        <w:t>☐  zgonu i pogrzebu małżonka, dziecka, ojca, matki, ojczyma lub macochy (2 dni)</w:t>
      </w:r>
    </w:p>
    <w:p>
      <w:pPr>
        <w:spacing w:before="80" w:after="0"/>
        <w:ind w:left="283" w:hanging="283"/>
      </w:pPr>
      <w:r>
        <w:rPr>
          <w:b w:val="0"/>
          <w:sz w:val="20"/>
        </w:rPr>
        <w:t>☐  ślubu mojego dziecka (1 dzień)</w:t>
      </w:r>
    </w:p>
    <w:p>
      <w:pPr>
        <w:spacing w:before="80" w:after="0"/>
        <w:ind w:left="283" w:hanging="283"/>
      </w:pPr>
      <w:r>
        <w:rPr>
          <w:b w:val="0"/>
          <w:sz w:val="20"/>
        </w:rPr>
        <w:t>☐  zgonu i pogrzebu siostry, brata, teściowej, teścia, babki, dziadka lub innej osoby pozostającej na moim utrzymaniu albo pod moją bezpośrednią opieką (1 dzień)</w:t>
      </w:r>
    </w:p>
    <w:p>
      <w:pPr>
        <w:spacing w:before="280" w:after="0"/>
      </w:pPr>
      <w:r>
        <w:rPr>
          <w:b w:val="0"/>
          <w:sz w:val="20"/>
        </w:rPr>
        <w:t>Dokument potwierdzający (np. akt ślubu, urodzenia, zgonu):</w:t>
      </w:r>
    </w:p>
    <w:p>
      <w:pPr>
        <w:spacing w:before="160" w:after="0"/>
      </w:pPr>
      <w:r>
        <w:rPr>
          <w:b w:val="0"/>
          <w:sz w:val="20"/>
        </w:rPr>
        <w:t>☐ dołączam do wniosku     ☐ dostarczę do dnia ............................</w:t>
      </w:r>
    </w:p>
    <w:p>
      <w:pPr>
        <w:spacing w:before="960" w:after="0"/>
        <w:ind w:left="5102"/>
      </w:pPr>
      <w:r>
        <w:rPr>
          <w:b w:val="0"/>
        </w:rPr>
        <w:t>.....................................................................</w:t>
      </w:r>
    </w:p>
    <w:p>
      <w:pPr>
        <w:spacing w:before="0" w:after="0"/>
        <w:ind w:left="5102"/>
      </w:pPr>
      <w:r>
        <w:rPr>
          <w:b w:val="0"/>
          <w:color w:val="6E6D6D"/>
          <w:sz w:val="15"/>
        </w:rPr>
        <w:t>podpis pracownika</w:t>
      </w:r>
    </w:p>
    <w:p>
      <w:pPr>
        <w:pBdr>
          <w:top w:val="single" w:sz="6" w:space="1" w:color="E3E1E1"/>
        </w:pBdr>
        <w:spacing w:before="720" w:after="0"/>
      </w:pPr>
      <w:r>
        <w:rPr>
          <w:b/>
          <w:sz w:val="18"/>
        </w:rPr>
        <w:t>DECYZJA PRZEŁOŻONEGO</w:t>
      </w:r>
    </w:p>
    <w:p>
      <w:pPr>
        <w:spacing w:before="240" w:after="0"/>
      </w:pPr>
      <w:r>
        <w:rPr>
          <w:b w:val="0"/>
          <w:sz w:val="20"/>
        </w:rPr>
        <w:t>☐ Wyrażam zgodę     ☐ Nie wyrażam zgody</w:t>
      </w:r>
    </w:p>
    <w:p>
      <w:pPr>
        <w:spacing w:before="280" w:after="0"/>
      </w:pPr>
      <w:r>
        <w:rPr>
          <w:b w:val="0"/>
          <w:sz w:val="20"/>
        </w:rPr>
        <w:t>Uwagi: .......................................................................................................................................................</w:t>
      </w:r>
    </w:p>
    <w:p>
      <w:pPr>
        <w:spacing w:before="720" w:after="0"/>
        <w:ind w:left="5102"/>
      </w:pPr>
      <w:r>
        <w:rPr>
          <w:b w:val="0"/>
        </w:rPr>
        <w:t>.....................................................................</w:t>
      </w:r>
    </w:p>
    <w:p>
      <w:pPr>
        <w:spacing w:before="0" w:after="0"/>
        <w:ind w:left="5102"/>
      </w:pPr>
      <w:r>
        <w:rPr>
          <w:b w:val="0"/>
          <w:color w:val="6E6D6D"/>
          <w:sz w:val="15"/>
        </w:rPr>
        <w:t>data i podpis przełożonego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134" w:bottom="1134" w:left="1134" w:header="68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497722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gre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7722" cy="151200"/>
                  </a:xfrm>
                  <a:prstGeom prst="rect"/>
                </pic:spPr>
              </pic:pic>
            </a:graphicData>
          </a:graphic>
        </wp:inline>
      </w:drawing>
    </w:r>
    <w:hyperlink r:id="rId2">
      <w:r>
        <w:rPr>
          <w:b w:val="0"/>
          <w:color w:val="ABAAAA"/>
          <w:sz w:val="16"/>
        </w:rPr>
        <w:t xml:space="preserve">   Wnioski urlopowe online, bez papierów: freequest.pl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top w:val="single" w:sz="12" w:space="1" w:color="F94157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eastAsia="Arial"/>
      <w:color w:val="16151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freequest.pl/pl/?utm_source=wzor_wniosku&amp;utm_medium=referral&amp;utm_campaign=wniosek_urlopowy_wzor&amp;utm_content=docx_okolicznosci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urlop okolicznościowy – wzór</dc:title>
  <dc:subject/>
  <dc:creator>FreeQuest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